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סימני הפיסוק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לפסק טקסט דיבור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בהבעת התרגשות או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לפני רשימה או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מתי נצא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לפני 'אבל' או 'כי' כשהן מחברות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בשאלה עקיפה לא שמים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נכתב שאחד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נקודתיים באים לפני רשימה, הסבר או דיבור ישיר, לא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בדף העזר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(סוף משפט שמוסר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(סוף שאלה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התרגשות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(סביב דיבור ישיר או שם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(לפני רשימה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פיסוק הדיאלוג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נכנס לכיתה ושאל: "איפה כולם?"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חייכה ואמרה: "הם בחצר, מכינים הפתעה."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"איזו הפתעה?" שאל יונתן.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בחצר עמדו כל הילדים וצעקו: "מזל טוב, יונתן!"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"וואו, איזה יופי!" קרא יונתן. "תודה לכולכם!"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שימוש נכון בנקודה, פסיק, סימן שאלה או קריאה, ומירכאות אם יש דיבור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רשימה, הסבר או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בשאלה ישירה יש סימן שאלה, בעקיפה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סביב דיבור ישיר או שם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הדיאלוג בקול לפני התרגיל כדי להבהיר את האינטונציה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פתרון הדיאלוג בסוף השיעור לבדיקה עצמית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מתי שמים כל סימן פיסוק: נקודה, פסיק, סימן שאלה, סימן קריאה, מירכאות ונקודתיים.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שסוגר משפט רגיל שמוסר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שמפריד בין חלקים במשפט או ברשימה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שבא בסוף שאלה ישירה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שמביע התרגשות, הוראה או אזהרה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מירכאות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שסוגר דיבור ישיר או שם של 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שבא לפני רשימה, הסבר או דיבור ישיר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כשכותבים בדיוק את המילים שמישהו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עקיפה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שמספר שמישהו שאל, בלי סימן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שמים בסוף משפט שמספר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שמים 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ברשימה של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בהבעת התרגשות או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שמים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רשימה או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שני שמות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מירכאות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הוא שאלה ישירה?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שאלתי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יצאנו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יפה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סביב דיבור ישיר?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שמים פסיק לפני 'אבל' או 'כי'?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'ו'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'אבל' או 'כי' כשהן מחברות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מירכאות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בשאלה עקיפה כמו 'שאלתי מתי נצא' שמים סימן שאלה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לשים כמה סימני קריאה ברצף כדי להביע התרגשות רבה.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יכול לבוא אחרי שם של מי שפונים אליו, כמו 'דנה, בואי'.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משמשות גם לציון שם של ספר או סרט.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באים תמיד בסוף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השאלה או הקריאה של הדובר נכתב בתוך המירכאות.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שמוסר מידע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רשימה של פריטים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סביב דיבור ישיר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של התרגשות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בין פריטים ברשימה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שאלה ישירה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התרגשות או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סביב דיבור ישיר או שם 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לפני רשימה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סוף משפט שמוסר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פיסוק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פסקו את המשפט: יונתן נכנס לכיתה ושאל איפה 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פסקו את המשפט: המורה חייכה ואמרה הם בחצר מכינים הפתעה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פסקו את המשפט: איזו הפתעה שאל יונתן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פסקו את המשפט: בחצר עמדו כל הילדים וצעקו מזל טוב יונתן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פסקו את המשפט: וואו איזה יופי קרא יונתן תודה לכולכם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אירוע כיתתי, והשתמשו בהם בלפחות ארבעה סימני פיסוק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שמים נקודתיים?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ישירה לשאלה עקיפה?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שמים מירכאות?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