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פיסוק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תפקידי סימני הפיסוק העיקריים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בנקודה, פסיק, סימן שאלה, סימן קריאה, מירכאות ונקודתיים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לפסק טקסט דיבור בצורה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בהבעת התרגשות או אזהרה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לפני רשימה או דיבור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מתי נצא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מירכאות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לפני 'אבל' או 'כי' כשהן מחברות חלקים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בשאלה עקיפה לא שמים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בדף נכתב שאחד מספיק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בדף העזר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נקודתיים באים לפני רשימה, הסבר או דיבור ישיר, לא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מצוין בדף העזר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סימן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פסיק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(סוף משפט שמוסר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(הפרדה בין פריטים ברשימה)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(סוף שאלה ישירה)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(ביטוי התרגשות או אזהרה)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(סביב דיבור ישיר או שם 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(לפני רשימה או הסבר)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פיסוק הדיאלוג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יונתן נכנס לכיתה ושאל: "איפה כולם?"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המורה חייכה ואמרה: "הם בחצר, מכינים הפתעה."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"איזו הפתעה?" שאל יונתן.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בחצר עמדו כל הילדים וצעקו: "מזל טוב, יונתן!"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"וואו, איזה יופי!" קרא יונתן. "תודה לכולכם!"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שימוש נכון בנקודה, פסיק, סימן שאלה או קריאה, ומירכאות אם יש דיבור ישיר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רשימה, הסבר או דיבור ישיר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בשאלה ישירה יש סימן שאלה, בעקיפה אין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סביב דיבור ישיר או שם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הדיאלוג בקול לפני התרגיל כדי להבהיר את האינטונציה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את פתרון הדיאלוג בסוף השיעור לבדיקה עצמית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פיסוק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מתי ואיך משתמשים בסימני הפיסוק השונים בעברית, כולל דוגמה מתוך דיאלוג כיתתי.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סימן בא בסוף משפט שמוסר מידע 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מירכאות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משתמשים בסימן 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ברשימה של פריטים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בדיבור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בהבעת התרגשות או אזהרה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לפני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שמים נקודתיים?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בסוף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רשימה או דיבור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בין שני שמות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 מירכאות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משפט צריך סימן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שאלתי מתי נצא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 נצא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יצאנו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יפה כאן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שמים סביב המילים המדויקות שמישהו אמר?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מירכאות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שמים פסיק לפני מילת חיבור?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'ו'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'אבל' או 'כי' כשהן מחברות חלקים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לפני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בתוך מירכאות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בשאלה עקיפה כמו 'שאלתי מתי נצא' שמים סימן שאלה בסוף.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לשים כמה סימני קריאה ברצף כדי להביע התרגשות רבה.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פסיק יכול לבוא אחרי שם של מי שפונים אליו, כמו 'דנה, בואי'.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מירכאות משמשות גם לציון שם של ספר או סרט.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נקודתיים באים תמיד בסוף 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השאלה או הקריאה של הדובר נכתב בתוך המירכאות.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בסוף משפט שמוסר מידע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רשימה של פריטים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סביב דיבור ישיר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משפט של התרגשות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בין פריטים ברשימה שמים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לפני רשימה או הסבר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פסיק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ביטוי התרגשות או אזהרה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סימן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סביב דיבור ישיר או שם יצירה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סימן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הפרדה בין פריטים ברשימה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מירכאות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סוף משפט שמוסר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נקודתיים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סוף שאלה ישירה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פיסוק הדיאלוג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פסקו את המשפט: יונתן נכנס לכיתה ושאל איפה כולם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פסקו את המשפט: המורה חייכה ואמרה הם בחצר מכינים הפתעה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פסקו את המשפט: איזו הפתעה שאל יונתן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פסקו את המשפט: בחצר עמדו כל הילדים וצעקו מזל טוב יונתן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פסקו את המשפט: וואו איזה יופי קרא יונתן תודה לכולכם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קצרים על אירוע כיתתי, והשתמשו בהם בלפחות ארבעה סימני פיסוק שונים.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שמים נקודתיים?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שאלה ישירה לשאלה עקיפה?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שמים מירכאות?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סימני פיסוק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